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17175" w14:textId="280D718A" w:rsidR="007C61B1" w:rsidRDefault="00E07227">
      <w:pPr>
        <w:pStyle w:val="Heading1"/>
        <w:jc w:val="center"/>
      </w:pPr>
      <w:r>
        <w:t>2025–2026 Board Meeting Schedule</w:t>
      </w:r>
    </w:p>
    <w:p w14:paraId="195A4BE8" w14:textId="77777777" w:rsidR="007C61B1" w:rsidRDefault="00E07227">
      <w:pPr>
        <w:pStyle w:val="Heading2"/>
      </w:pPr>
      <w:r>
        <w:t>August 18, 2025</w:t>
      </w:r>
    </w:p>
    <w:p w14:paraId="381EB1D0" w14:textId="77777777" w:rsidR="007C61B1" w:rsidRDefault="00E07227">
      <w:r>
        <w:t>Fundraising Committee Meeting</w:t>
      </w:r>
    </w:p>
    <w:p w14:paraId="0C984AB0" w14:textId="77777777" w:rsidR="007C61B1" w:rsidRDefault="00E07227">
      <w:r>
        <w:t>Virtual</w:t>
      </w:r>
    </w:p>
    <w:p w14:paraId="4975F869" w14:textId="77777777" w:rsidR="007C61B1" w:rsidRDefault="00E07227">
      <w:pPr>
        <w:pStyle w:val="Heading2"/>
      </w:pPr>
      <w:r>
        <w:t>October 20, 2025</w:t>
      </w:r>
    </w:p>
    <w:p w14:paraId="4DC7B002" w14:textId="77777777" w:rsidR="007C61B1" w:rsidRDefault="00E07227">
      <w:r>
        <w:t>Whole Board Meeting</w:t>
      </w:r>
    </w:p>
    <w:p w14:paraId="53713E36" w14:textId="3AA0C642" w:rsidR="005A006F" w:rsidRDefault="005A006F">
      <w:r>
        <w:t>In-person</w:t>
      </w:r>
    </w:p>
    <w:p w14:paraId="00B80ABB" w14:textId="77777777" w:rsidR="007C61B1" w:rsidRDefault="00E07227">
      <w:pPr>
        <w:pStyle w:val="Heading2"/>
      </w:pPr>
      <w:r>
        <w:t>November 2025</w:t>
      </w:r>
    </w:p>
    <w:p w14:paraId="2F805EC8" w14:textId="77777777" w:rsidR="007C61B1" w:rsidRDefault="00E07227">
      <w:r>
        <w:t>Administrative and Board Officers Meeting</w:t>
      </w:r>
    </w:p>
    <w:p w14:paraId="6AC0F6FF" w14:textId="77777777" w:rsidR="007C61B1" w:rsidRDefault="00E07227">
      <w:r>
        <w:t>Discussion of budget and tuition proposals for the 2026–2027 school year.</w:t>
      </w:r>
    </w:p>
    <w:p w14:paraId="45C9AF67" w14:textId="5C2A994D" w:rsidR="005A006F" w:rsidRDefault="005A006F" w:rsidP="005A006F">
      <w:r>
        <w:t>In-person</w:t>
      </w:r>
    </w:p>
    <w:p w14:paraId="07D07FE6" w14:textId="77777777" w:rsidR="007C61B1" w:rsidRDefault="00E07227">
      <w:pPr>
        <w:pStyle w:val="Heading2"/>
      </w:pPr>
      <w:r>
        <w:t>December 15, 2025</w:t>
      </w:r>
    </w:p>
    <w:p w14:paraId="64C761E2" w14:textId="77777777" w:rsidR="007C61B1" w:rsidRDefault="00E07227">
      <w:r>
        <w:t>Whole Board Meeting</w:t>
      </w:r>
    </w:p>
    <w:p w14:paraId="0BAD97E2" w14:textId="46B9BCDF" w:rsidR="005A006F" w:rsidRDefault="005A006F">
      <w:r>
        <w:t>In-person (weather dependent)</w:t>
      </w:r>
    </w:p>
    <w:p w14:paraId="5003184E" w14:textId="77777777" w:rsidR="007C61B1" w:rsidRDefault="00E07227">
      <w:pPr>
        <w:pStyle w:val="Heading2"/>
      </w:pPr>
      <w:r>
        <w:t>April 20, 2026</w:t>
      </w:r>
    </w:p>
    <w:p w14:paraId="21C8562F" w14:textId="77777777" w:rsidR="007C61B1" w:rsidRDefault="00E07227">
      <w:r>
        <w:t>Whole Board Meeting</w:t>
      </w:r>
    </w:p>
    <w:p w14:paraId="1D9F077E" w14:textId="77777777" w:rsidR="007C61B1" w:rsidRDefault="00E07227">
      <w:r>
        <w:t>Voting on contracts and budget.</w:t>
      </w:r>
    </w:p>
    <w:p w14:paraId="46EB1364" w14:textId="6439C100" w:rsidR="005A006F" w:rsidRDefault="005A006F">
      <w:r>
        <w:t>In-person</w:t>
      </w:r>
    </w:p>
    <w:p w14:paraId="78EF2C03" w14:textId="77777777" w:rsidR="007C61B1" w:rsidRDefault="00E07227">
      <w:pPr>
        <w:pStyle w:val="Heading2"/>
      </w:pPr>
      <w:r>
        <w:t>May 18, 2026</w:t>
      </w:r>
    </w:p>
    <w:p w14:paraId="0A78549F" w14:textId="77777777" w:rsidR="007C61B1" w:rsidRDefault="00E07227">
      <w:r>
        <w:t>Whole Board Meeting</w:t>
      </w:r>
    </w:p>
    <w:p w14:paraId="45531008" w14:textId="77777777" w:rsidR="007C61B1" w:rsidRDefault="00E07227">
      <w:r>
        <w:t>Board elections.</w:t>
      </w:r>
    </w:p>
    <w:p w14:paraId="2D30AD44" w14:textId="5FD7CBDE" w:rsidR="005A006F" w:rsidRDefault="005A006F">
      <w:r>
        <w:t>In-person</w:t>
      </w:r>
    </w:p>
    <w:p w14:paraId="1E9AEC8F" w14:textId="77777777" w:rsidR="007C61B1" w:rsidRPr="005A006F" w:rsidRDefault="00E07227">
      <w:pPr>
        <w:rPr>
          <w:b/>
          <w:bCs/>
          <w:u w:val="single"/>
        </w:rPr>
      </w:pPr>
      <w:r w:rsidRPr="005A006F">
        <w:rPr>
          <w:b/>
          <w:bCs/>
          <w:u w:val="single"/>
        </w:rPr>
        <w:br/>
        <w:t>Note: Additional meetings may be scheduled as needed based on the needs of the school.</w:t>
      </w:r>
    </w:p>
    <w:sectPr w:rsidR="007C61B1" w:rsidRPr="005A006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BA14B37"/>
    <w:multiLevelType w:val="hybridMultilevel"/>
    <w:tmpl w:val="6EE60196"/>
    <w:lvl w:ilvl="0" w:tplc="5C50DCFC">
      <w:start w:val="202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6758701">
    <w:abstractNumId w:val="8"/>
  </w:num>
  <w:num w:numId="2" w16cid:durableId="272446402">
    <w:abstractNumId w:val="6"/>
  </w:num>
  <w:num w:numId="3" w16cid:durableId="1610425604">
    <w:abstractNumId w:val="5"/>
  </w:num>
  <w:num w:numId="4" w16cid:durableId="1407801709">
    <w:abstractNumId w:val="4"/>
  </w:num>
  <w:num w:numId="5" w16cid:durableId="1460152048">
    <w:abstractNumId w:val="7"/>
  </w:num>
  <w:num w:numId="6" w16cid:durableId="840046518">
    <w:abstractNumId w:val="3"/>
  </w:num>
  <w:num w:numId="7" w16cid:durableId="205676218">
    <w:abstractNumId w:val="2"/>
  </w:num>
  <w:num w:numId="8" w16cid:durableId="28843585">
    <w:abstractNumId w:val="1"/>
  </w:num>
  <w:num w:numId="9" w16cid:durableId="160508631">
    <w:abstractNumId w:val="0"/>
  </w:num>
  <w:num w:numId="10" w16cid:durableId="15549259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91CB2"/>
    <w:rsid w:val="000A6ED7"/>
    <w:rsid w:val="0015074B"/>
    <w:rsid w:val="0029639D"/>
    <w:rsid w:val="00326F90"/>
    <w:rsid w:val="004606DB"/>
    <w:rsid w:val="005A006F"/>
    <w:rsid w:val="007C61B1"/>
    <w:rsid w:val="00AA1D8D"/>
    <w:rsid w:val="00B210C8"/>
    <w:rsid w:val="00B47730"/>
    <w:rsid w:val="00CB0664"/>
    <w:rsid w:val="00E07227"/>
    <w:rsid w:val="00F1795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84E27D"/>
  <w14:defaultImageDpi w14:val="300"/>
  <w15:docId w15:val="{1D95076B-1BBC-4291-801D-17315AEA9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484</Characters>
  <Application>Microsoft Office Word</Application>
  <DocSecurity>0</DocSecurity>
  <Lines>25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Grace Tollick</cp:lastModifiedBy>
  <cp:revision>4</cp:revision>
  <cp:lastPrinted>2026-04-14T14:31:00Z</cp:lastPrinted>
  <dcterms:created xsi:type="dcterms:W3CDTF">2026-04-14T14:32:00Z</dcterms:created>
  <dcterms:modified xsi:type="dcterms:W3CDTF">2026-04-14T14:33:00Z</dcterms:modified>
  <cp:category/>
</cp:coreProperties>
</file>